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Title"/>
      </w:pPr>
      <w:r>
        <w:t>OMNI TEST DOCUMENT</w:t>
      </w:r>
    </w:p>
    <w:p>
      <w:r>
        <w:t>First paragraph: reference 24680.</w:t>
      </w:r>
    </w:p>
    <w:p>
      <w:r>
        <w:t>Second paragraph: total 123.45 USD.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